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005071"/>
        <w:tblLook w:val="04A0" w:firstRow="1" w:lastRow="0" w:firstColumn="1" w:lastColumn="0" w:noHBand="0" w:noVBand="1"/>
      </w:tblPr>
      <w:tblGrid>
        <w:gridCol w:w="10540"/>
      </w:tblGrid>
      <w:tr w:rsidR="00C6373E" w:rsidRPr="00F86FE4" w14:paraId="3DC7F7A8" w14:textId="77777777" w:rsidTr="0040540B">
        <w:tc>
          <w:tcPr>
            <w:tcW w:w="10812" w:type="dxa"/>
            <w:shd w:val="clear" w:color="auto" w:fill="005071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76B7DB2" w14:textId="34BD920E" w:rsidR="00C6373E" w:rsidRPr="00F86FE4" w:rsidRDefault="00C144FA">
            <w:pPr>
              <w:rPr>
                <w:rFonts w:ascii="Arial" w:hAnsi="Arial" w:cs="Arial"/>
                <w:lang w:val="de-DE"/>
              </w:rPr>
            </w:pPr>
            <w:r w:rsidRPr="00F86FE4">
              <w:rPr>
                <w:rFonts w:ascii="Arial" w:hAnsi="Arial" w:cs="Arial"/>
                <w:b/>
                <w:color w:val="FFFFFF"/>
                <w:sz w:val="38"/>
                <w:lang w:val="de-DE"/>
              </w:rPr>
              <w:t>Mein Deutsch-Fitnesspass</w:t>
            </w:r>
          </w:p>
          <w:p w14:paraId="71C215B7" w14:textId="0A4B8E93" w:rsidR="00C6373E" w:rsidRPr="00F86FE4" w:rsidRDefault="00C32CCA">
            <w:pPr>
              <w:rPr>
                <w:rFonts w:ascii="Arial" w:hAnsi="Arial" w:cs="Arial"/>
                <w:lang w:val="de-DE"/>
              </w:rPr>
            </w:pPr>
            <w:r w:rsidRPr="00F86FE4">
              <w:rPr>
                <w:rFonts w:ascii="Arial" w:hAnsi="Arial" w:cs="Arial"/>
                <w:color w:val="DDE8EE"/>
                <w:sz w:val="17"/>
                <w:lang w:val="de-DE"/>
              </w:rPr>
              <w:t>Deutsch-</w:t>
            </w:r>
            <w:r w:rsidR="00C144FA" w:rsidRPr="00F86FE4">
              <w:rPr>
                <w:rFonts w:ascii="Arial" w:hAnsi="Arial" w:cs="Arial"/>
                <w:color w:val="DDE8EE"/>
                <w:sz w:val="17"/>
                <w:lang w:val="de-DE"/>
              </w:rPr>
              <w:t xml:space="preserve">Zirkeltraining </w:t>
            </w:r>
          </w:p>
        </w:tc>
      </w:tr>
    </w:tbl>
    <w:p w14:paraId="3B74AA58" w14:textId="77777777" w:rsidR="00C6373E" w:rsidRPr="00F86FE4" w:rsidRDefault="00C6373E">
      <w:pPr>
        <w:spacing w:after="0"/>
        <w:rPr>
          <w:rFonts w:ascii="Arial" w:hAnsi="Arial" w:cs="Arial"/>
          <w:lang w:val="de-DE"/>
        </w:rPr>
      </w:pPr>
    </w:p>
    <w:p w14:paraId="05B7C24C" w14:textId="5E17648A" w:rsidR="00C6373E" w:rsidRPr="0040540B" w:rsidRDefault="00C0271B">
      <w:pPr>
        <w:rPr>
          <w:rFonts w:ascii="Arial" w:hAnsi="Arial" w:cs="Arial"/>
          <w:color w:val="auto"/>
        </w:rPr>
      </w:pPr>
      <w:r w:rsidRPr="0040540B">
        <w:rPr>
          <w:rFonts w:ascii="Arial" w:hAnsi="Arial" w:cs="Arial"/>
          <w:b/>
          <w:color w:val="005071"/>
          <w:sz w:val="17"/>
        </w:rPr>
        <w:t xml:space="preserve">Name: </w:t>
      </w:r>
      <w:r w:rsidRPr="0040540B">
        <w:rPr>
          <w:rFonts w:ascii="Arial" w:hAnsi="Arial" w:cs="Arial"/>
          <w:bCs/>
          <w:color w:val="auto"/>
          <w:sz w:val="17"/>
        </w:rPr>
        <w:t>_______________________________</w:t>
      </w:r>
      <w:r w:rsidR="00D30C95" w:rsidRPr="0040540B">
        <w:rPr>
          <w:rFonts w:ascii="Arial" w:hAnsi="Arial" w:cs="Arial"/>
          <w:bCs/>
          <w:color w:val="auto"/>
          <w:sz w:val="17"/>
        </w:rPr>
        <w:t>__</w:t>
      </w:r>
      <w:r w:rsidRPr="0040540B">
        <w:rPr>
          <w:rFonts w:ascii="Arial" w:hAnsi="Arial" w:cs="Arial"/>
          <w:bCs/>
          <w:color w:val="auto"/>
          <w:sz w:val="17"/>
        </w:rPr>
        <w:t>____</w:t>
      </w:r>
      <w:r w:rsidRPr="0040540B">
        <w:rPr>
          <w:rFonts w:ascii="Arial" w:hAnsi="Arial" w:cs="Arial"/>
          <w:color w:val="auto"/>
          <w:sz w:val="17"/>
        </w:rPr>
        <w:t xml:space="preserve">   </w:t>
      </w:r>
      <w:r w:rsidR="00C144FA" w:rsidRPr="0040540B">
        <w:rPr>
          <w:rFonts w:ascii="Arial" w:hAnsi="Arial" w:cs="Arial"/>
          <w:b/>
          <w:color w:val="005071"/>
          <w:sz w:val="17"/>
        </w:rPr>
        <w:t xml:space="preserve">Meine Gruppe: </w:t>
      </w:r>
      <w:r w:rsidR="00C144FA" w:rsidRPr="0040540B">
        <w:rPr>
          <w:rFonts w:ascii="Arial" w:hAnsi="Arial" w:cs="Arial"/>
          <w:color w:val="auto"/>
          <w:sz w:val="17"/>
        </w:rPr>
        <w:t>__________</w:t>
      </w:r>
      <w:r w:rsidRPr="0040540B">
        <w:rPr>
          <w:rFonts w:ascii="Arial" w:hAnsi="Arial" w:cs="Arial"/>
          <w:color w:val="auto"/>
          <w:sz w:val="17"/>
        </w:rPr>
        <w:t xml:space="preserve">   </w:t>
      </w:r>
      <w:proofErr w:type="spellStart"/>
      <w:r w:rsidR="00C144FA" w:rsidRPr="0040540B">
        <w:rPr>
          <w:rFonts w:ascii="Arial" w:hAnsi="Arial" w:cs="Arial"/>
          <w:b/>
          <w:color w:val="005071"/>
          <w:sz w:val="17"/>
        </w:rPr>
        <w:t>Startstation</w:t>
      </w:r>
      <w:proofErr w:type="spellEnd"/>
      <w:r w:rsidR="00C144FA" w:rsidRPr="0040540B">
        <w:rPr>
          <w:rFonts w:ascii="Arial" w:hAnsi="Arial" w:cs="Arial"/>
          <w:b/>
          <w:color w:val="005071"/>
          <w:sz w:val="17"/>
        </w:rPr>
        <w:t xml:space="preserve">: </w:t>
      </w:r>
      <w:r w:rsidR="00C144FA" w:rsidRPr="0040540B">
        <w:rPr>
          <w:rFonts w:ascii="Arial" w:hAnsi="Arial" w:cs="Arial"/>
          <w:color w:val="auto"/>
          <w:sz w:val="17"/>
        </w:rPr>
        <w:t>__________</w:t>
      </w:r>
      <w:r w:rsidRPr="0040540B">
        <w:rPr>
          <w:rFonts w:ascii="Arial" w:hAnsi="Arial" w:cs="Arial"/>
          <w:color w:val="auto"/>
          <w:sz w:val="17"/>
        </w:rPr>
        <w:t xml:space="preserve">   </w:t>
      </w:r>
      <w:r w:rsidR="00C144FA" w:rsidRPr="0040540B">
        <w:rPr>
          <w:rFonts w:ascii="Arial" w:hAnsi="Arial" w:cs="Arial"/>
          <w:b/>
          <w:color w:val="005071"/>
          <w:sz w:val="17"/>
        </w:rPr>
        <w:t xml:space="preserve">Datum: </w:t>
      </w:r>
      <w:r w:rsidR="00C144FA" w:rsidRPr="0040540B">
        <w:rPr>
          <w:rFonts w:ascii="Arial" w:hAnsi="Arial" w:cs="Arial"/>
          <w:color w:val="auto"/>
          <w:sz w:val="17"/>
        </w:rPr>
        <w:t>____________</w:t>
      </w:r>
    </w:p>
    <w:tbl>
      <w:tblPr>
        <w:tblW w:w="0" w:type="auto"/>
        <w:shd w:val="clear" w:color="auto" w:fill="EAE7DE"/>
        <w:tblLook w:val="04A0" w:firstRow="1" w:lastRow="0" w:firstColumn="1" w:lastColumn="0" w:noHBand="0" w:noVBand="1"/>
      </w:tblPr>
      <w:tblGrid>
        <w:gridCol w:w="10540"/>
      </w:tblGrid>
      <w:tr w:rsidR="00C6373E" w:rsidRPr="00F86FE4" w14:paraId="6A1DDD49" w14:textId="77777777" w:rsidTr="005F0C98">
        <w:tc>
          <w:tcPr>
            <w:tcW w:w="10752" w:type="dxa"/>
            <w:shd w:val="clear" w:color="auto" w:fill="EAE7DE"/>
            <w:tcMar>
              <w:top w:w="95" w:type="dxa"/>
              <w:left w:w="120" w:type="dxa"/>
              <w:bottom w:w="95" w:type="dxa"/>
              <w:right w:w="120" w:type="dxa"/>
            </w:tcMar>
          </w:tcPr>
          <w:p w14:paraId="75A5864B" w14:textId="41608EE6" w:rsidR="00C6373E" w:rsidRPr="00F86FE4" w:rsidRDefault="00C144FA">
            <w:pPr>
              <w:rPr>
                <w:rFonts w:ascii="Arial" w:hAnsi="Arial" w:cs="Arial"/>
                <w:lang w:val="de-DE"/>
              </w:rPr>
            </w:pPr>
            <w:r w:rsidRPr="005F0C98">
              <w:rPr>
                <w:rFonts w:ascii="Arial" w:hAnsi="Arial" w:cs="Arial"/>
                <w:b/>
                <w:color w:val="A09064"/>
                <w:sz w:val="16"/>
                <w:lang w:val="de-DE"/>
              </w:rPr>
              <w:t>Wichtig</w:t>
            </w:r>
            <w:r w:rsidR="006B6538" w:rsidRPr="005F0C98">
              <w:rPr>
                <w:rFonts w:ascii="Arial" w:hAnsi="Arial" w:cs="Arial"/>
                <w:b/>
                <w:color w:val="A09064"/>
                <w:sz w:val="16"/>
                <w:lang w:val="de-DE"/>
              </w:rPr>
              <w:t>:</w:t>
            </w:r>
            <w:r w:rsidRPr="005F0C98">
              <w:rPr>
                <w:rFonts w:ascii="Arial" w:hAnsi="Arial" w:cs="Arial"/>
                <w:b/>
                <w:color w:val="A09064"/>
                <w:sz w:val="16"/>
                <w:lang w:val="de-DE"/>
              </w:rPr>
              <w:t xml:space="preserve">  </w:t>
            </w:r>
            <w:r w:rsidRPr="005B5F70">
              <w:rPr>
                <w:rFonts w:ascii="Arial" w:hAnsi="Arial" w:cs="Arial"/>
                <w:bCs/>
                <w:color w:val="auto"/>
                <w:sz w:val="16"/>
                <w:lang w:val="de-DE"/>
              </w:rPr>
              <w:t>Die Bewegungsaufgaben sind Lernimpulse, keine sportliche Prüfung. Arbeitet als Team und nutzt die Bewegung so, dass sie die Aufgabe unterstützt.</w:t>
            </w:r>
          </w:p>
        </w:tc>
      </w:tr>
    </w:tbl>
    <w:p w14:paraId="16BF250B" w14:textId="77777777" w:rsidR="00C6373E" w:rsidRPr="00F86FE4" w:rsidRDefault="00C6373E">
      <w:pPr>
        <w:spacing w:after="0"/>
        <w:rPr>
          <w:rFonts w:ascii="Arial" w:hAnsi="Arial" w:cs="Arial"/>
          <w:lang w:val="de-DE"/>
        </w:rPr>
      </w:pPr>
    </w:p>
    <w:tbl>
      <w:tblPr>
        <w:tblW w:w="0" w:type="auto"/>
        <w:jc w:val="center"/>
        <w:tblBorders>
          <w:top w:val="single" w:sz="12" w:space="0" w:color="005071"/>
          <w:left w:val="single" w:sz="12" w:space="0" w:color="005071"/>
          <w:bottom w:val="single" w:sz="12" w:space="0" w:color="005071"/>
          <w:right w:val="single" w:sz="12" w:space="0" w:color="005071"/>
        </w:tblBorders>
        <w:shd w:val="clear" w:color="auto" w:fill="DFF2FD"/>
        <w:tblLook w:val="04A0" w:firstRow="1" w:lastRow="0" w:firstColumn="1" w:lastColumn="0" w:noHBand="0" w:noVBand="1"/>
      </w:tblPr>
      <w:tblGrid>
        <w:gridCol w:w="10510"/>
      </w:tblGrid>
      <w:tr w:rsidR="00C6373E" w:rsidRPr="00F86FE4" w14:paraId="150242C6" w14:textId="77777777" w:rsidTr="00305519">
        <w:trPr>
          <w:jc w:val="center"/>
        </w:trPr>
        <w:tc>
          <w:tcPr>
            <w:tcW w:w="10540" w:type="dxa"/>
            <w:shd w:val="clear" w:color="auto" w:fill="DFF2FD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3DFCE393" w14:textId="77777777" w:rsidR="00C6373E" w:rsidRPr="00F86FE4" w:rsidRDefault="00C144FA">
            <w:pPr>
              <w:rPr>
                <w:rFonts w:ascii="Arial" w:hAnsi="Arial" w:cs="Arial"/>
                <w:color w:val="005071"/>
                <w:lang w:val="de-DE"/>
              </w:rPr>
            </w:pPr>
            <w:r w:rsidRPr="00F86FE4">
              <w:rPr>
                <w:rFonts w:ascii="Arial" w:hAnsi="Arial" w:cs="Arial"/>
                <w:b/>
                <w:color w:val="005071"/>
                <w:sz w:val="24"/>
                <w:lang w:val="de-DE"/>
              </w:rPr>
              <w:t>1. Hantelbank – Wörter stemmen</w:t>
            </w:r>
          </w:p>
          <w:p w14:paraId="29B34A4E" w14:textId="12CB6FD4" w:rsidR="00C6373E" w:rsidRPr="00F86FE4" w:rsidRDefault="00C144FA">
            <w:pPr>
              <w:rPr>
                <w:rFonts w:ascii="Arial" w:hAnsi="Arial" w:cs="Arial"/>
                <w:lang w:val="de-DE"/>
              </w:rPr>
            </w:pPr>
            <w:r w:rsidRPr="00F86FE4">
              <w:rPr>
                <w:rFonts w:ascii="Arial" w:hAnsi="Arial" w:cs="Arial"/>
                <w:sz w:val="17"/>
                <w:lang w:val="de-DE"/>
              </w:rPr>
              <w:t>Bilde</w:t>
            </w:r>
            <w:r w:rsidR="00960A0E" w:rsidRPr="00F86FE4">
              <w:rPr>
                <w:rFonts w:ascii="Arial" w:hAnsi="Arial" w:cs="Arial"/>
                <w:sz w:val="17"/>
                <w:lang w:val="de-DE"/>
              </w:rPr>
              <w:t>t</w:t>
            </w:r>
            <w:r w:rsidRPr="00F86FE4">
              <w:rPr>
                <w:rFonts w:ascii="Arial" w:hAnsi="Arial" w:cs="Arial"/>
                <w:sz w:val="17"/>
                <w:lang w:val="de-DE"/>
              </w:rPr>
              <w:t xml:space="preserve"> die vorgegebene Anzahl an Wörtern aus den Silbenkarten.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30"/>
              <w:gridCol w:w="5130"/>
            </w:tblGrid>
            <w:tr w:rsidR="00C6373E" w:rsidRPr="00F86FE4" w14:paraId="01461F1A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5E366C40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8E3ABE3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492B751C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A23D0AE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4B0991CE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3C74E9C0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233894E1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4CB4502F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4D4025F5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C3839F2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4413F8E4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2CBB3C16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30FD0DC2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7059893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1544D81A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25FCD510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F867BB6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</w:tbl>
          <w:p w14:paraId="0D230EFA" w14:textId="77777777" w:rsidR="00C6373E" w:rsidRPr="00F86FE4" w:rsidRDefault="00C6373E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12C85104" w14:textId="77777777" w:rsidR="00C6373E" w:rsidRPr="00F86FE4" w:rsidRDefault="00C6373E">
      <w:pPr>
        <w:spacing w:after="20"/>
        <w:rPr>
          <w:rFonts w:ascii="Arial" w:hAnsi="Arial" w:cs="Arial"/>
          <w:lang w:val="de-DE"/>
        </w:rPr>
      </w:pPr>
    </w:p>
    <w:tbl>
      <w:tblPr>
        <w:tblW w:w="0" w:type="auto"/>
        <w:jc w:val="center"/>
        <w:tblBorders>
          <w:top w:val="single" w:sz="12" w:space="0" w:color="005071"/>
          <w:left w:val="single" w:sz="12" w:space="0" w:color="005071"/>
          <w:bottom w:val="single" w:sz="12" w:space="0" w:color="005071"/>
          <w:right w:val="single" w:sz="12" w:space="0" w:color="005071"/>
        </w:tblBorders>
        <w:shd w:val="clear" w:color="auto" w:fill="DFF2FD"/>
        <w:tblLook w:val="04A0" w:firstRow="1" w:lastRow="0" w:firstColumn="1" w:lastColumn="0" w:noHBand="0" w:noVBand="1"/>
      </w:tblPr>
      <w:tblGrid>
        <w:gridCol w:w="10510"/>
      </w:tblGrid>
      <w:tr w:rsidR="00C6373E" w:rsidRPr="00F86FE4" w14:paraId="218AA59A" w14:textId="77777777" w:rsidTr="00305519">
        <w:trPr>
          <w:jc w:val="center"/>
        </w:trPr>
        <w:tc>
          <w:tcPr>
            <w:tcW w:w="10540" w:type="dxa"/>
            <w:shd w:val="clear" w:color="auto" w:fill="DFF2FD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29D8CAF0" w14:textId="77777777" w:rsidR="00C6373E" w:rsidRPr="00F86FE4" w:rsidRDefault="00C144FA">
            <w:pPr>
              <w:rPr>
                <w:rFonts w:ascii="Arial" w:hAnsi="Arial" w:cs="Arial"/>
                <w:color w:val="005071"/>
                <w:lang w:val="de-DE"/>
              </w:rPr>
            </w:pPr>
            <w:r w:rsidRPr="00F86FE4">
              <w:rPr>
                <w:rFonts w:ascii="Arial" w:hAnsi="Arial" w:cs="Arial"/>
                <w:b/>
                <w:color w:val="005071"/>
                <w:sz w:val="24"/>
                <w:lang w:val="de-DE"/>
              </w:rPr>
              <w:t>2. Laufband – Rechtschreibung im Takt</w:t>
            </w:r>
          </w:p>
          <w:p w14:paraId="7CEE33C6" w14:textId="4651A297" w:rsidR="00C6373E" w:rsidRPr="00F86FE4" w:rsidRDefault="00C93FAE">
            <w:pPr>
              <w:rPr>
                <w:rFonts w:ascii="Arial" w:hAnsi="Arial" w:cs="Arial"/>
                <w:lang w:val="de-DE"/>
              </w:rPr>
            </w:pPr>
            <w:r w:rsidRPr="00F86FE4">
              <w:rPr>
                <w:rFonts w:ascii="Arial" w:hAnsi="Arial" w:cs="Arial"/>
                <w:sz w:val="17"/>
                <w:lang w:val="de-DE"/>
              </w:rPr>
              <w:t>Notiert die Lösungen für die Lücken</w:t>
            </w:r>
            <w:r w:rsidR="006B6538" w:rsidRPr="00F86FE4">
              <w:rPr>
                <w:rFonts w:ascii="Arial" w:hAnsi="Arial" w:cs="Arial"/>
                <w:sz w:val="17"/>
                <w:lang w:val="de-DE"/>
              </w:rPr>
              <w:t xml:space="preserve">! Gehe zwischen dem Ausfüllen der Lücken jeweils fünf Schritte auf der vorgegebenen Strecke.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30"/>
              <w:gridCol w:w="5130"/>
            </w:tblGrid>
            <w:tr w:rsidR="00C6373E" w:rsidRPr="00F86FE4" w14:paraId="6271D4C3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594523EC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4C7FEB47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4DFE3579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43FC321A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3D1AF38D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08DC63DA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2C564736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04F6BDCF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2C0661DC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09EF57C6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3E06F589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24EFE69F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0BE50DA4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D490273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415ABBB8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226F2A85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1DBEF21B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0FB3A3E9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50E04760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471F1D4B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1C168660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9A3D711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1D7E9493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</w:tbl>
          <w:p w14:paraId="272DC27B" w14:textId="77777777" w:rsidR="00C6373E" w:rsidRPr="00F86FE4" w:rsidRDefault="00C6373E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5EFFD245" w14:textId="77777777" w:rsidR="00C6373E" w:rsidRPr="00F86FE4" w:rsidRDefault="00C6373E">
      <w:pPr>
        <w:spacing w:after="20"/>
        <w:rPr>
          <w:rFonts w:ascii="Arial" w:hAnsi="Arial" w:cs="Arial"/>
          <w:lang w:val="de-DE"/>
        </w:rPr>
      </w:pPr>
    </w:p>
    <w:tbl>
      <w:tblPr>
        <w:tblW w:w="0" w:type="auto"/>
        <w:jc w:val="center"/>
        <w:tblBorders>
          <w:top w:val="single" w:sz="12" w:space="0" w:color="005071"/>
          <w:left w:val="single" w:sz="12" w:space="0" w:color="005071"/>
          <w:bottom w:val="single" w:sz="12" w:space="0" w:color="005071"/>
          <w:right w:val="single" w:sz="12" w:space="0" w:color="005071"/>
        </w:tblBorders>
        <w:shd w:val="clear" w:color="auto" w:fill="DFF2FD"/>
        <w:tblLook w:val="04A0" w:firstRow="1" w:lastRow="0" w:firstColumn="1" w:lastColumn="0" w:noHBand="0" w:noVBand="1"/>
      </w:tblPr>
      <w:tblGrid>
        <w:gridCol w:w="10510"/>
      </w:tblGrid>
      <w:tr w:rsidR="00C6373E" w:rsidRPr="00F86FE4" w14:paraId="290F0C3F" w14:textId="77777777" w:rsidTr="00305519">
        <w:trPr>
          <w:jc w:val="center"/>
        </w:trPr>
        <w:tc>
          <w:tcPr>
            <w:tcW w:w="10540" w:type="dxa"/>
            <w:shd w:val="clear" w:color="auto" w:fill="DFF2FD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7328C4B" w14:textId="77777777" w:rsidR="00C6373E" w:rsidRPr="00F86FE4" w:rsidRDefault="00C144FA">
            <w:pPr>
              <w:rPr>
                <w:rFonts w:ascii="Arial" w:hAnsi="Arial" w:cs="Arial"/>
                <w:color w:val="005071"/>
                <w:lang w:val="de-DE"/>
              </w:rPr>
            </w:pPr>
            <w:r w:rsidRPr="00F86FE4">
              <w:rPr>
                <w:rFonts w:ascii="Arial" w:hAnsi="Arial" w:cs="Arial"/>
                <w:b/>
                <w:color w:val="005071"/>
                <w:sz w:val="24"/>
                <w:lang w:val="de-DE"/>
              </w:rPr>
              <w:t>3. Shuttle-Run – Fehler aufdecken</w:t>
            </w:r>
          </w:p>
          <w:p w14:paraId="093CC9F4" w14:textId="36AA6309" w:rsidR="00C6373E" w:rsidRPr="00F86FE4" w:rsidRDefault="00C144FA">
            <w:pPr>
              <w:rPr>
                <w:rFonts w:ascii="Arial" w:hAnsi="Arial" w:cs="Arial"/>
                <w:lang w:val="de-DE"/>
              </w:rPr>
            </w:pPr>
            <w:r w:rsidRPr="00F86FE4">
              <w:rPr>
                <w:rFonts w:ascii="Arial" w:hAnsi="Arial" w:cs="Arial"/>
                <w:sz w:val="17"/>
                <w:lang w:val="de-DE"/>
              </w:rPr>
              <w:t xml:space="preserve">Holt abwechselnd </w:t>
            </w:r>
            <w:r w:rsidR="00960A0E" w:rsidRPr="00F86FE4">
              <w:rPr>
                <w:rFonts w:ascii="Arial" w:hAnsi="Arial" w:cs="Arial"/>
                <w:sz w:val="17"/>
                <w:lang w:val="de-DE"/>
              </w:rPr>
              <w:t>Sätze</w:t>
            </w:r>
            <w:r w:rsidRPr="00F86FE4">
              <w:rPr>
                <w:rFonts w:ascii="Arial" w:hAnsi="Arial" w:cs="Arial"/>
                <w:sz w:val="17"/>
                <w:lang w:val="de-DE"/>
              </w:rPr>
              <w:t xml:space="preserve"> aus dem Fehlertext und notiert gemeinsam die Fehler mit ihren Korrekturen.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30"/>
              <w:gridCol w:w="5130"/>
            </w:tblGrid>
            <w:tr w:rsidR="00C6373E" w:rsidRPr="00F86FE4" w14:paraId="72C12BB5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C1C4BA9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48F912C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773C5069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7B6C014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38F3ACE3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33DE541A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5FE5C514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0CC670B4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032BD437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34D3173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36EF7F8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3D1F28BF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437903D8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1495425A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  <w:tr w:rsidR="00C6373E" w:rsidRPr="00F86FE4" w14:paraId="74557AC1" w14:textId="77777777"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6F6B0E1C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14:paraId="7909497F" w14:textId="77777777" w:rsidR="00C6373E" w:rsidRPr="00F86FE4" w:rsidRDefault="00C144FA">
                  <w:pPr>
                    <w:rPr>
                      <w:rFonts w:ascii="Arial" w:hAnsi="Arial" w:cs="Arial"/>
                      <w:lang w:val="de-DE"/>
                    </w:rPr>
                  </w:pPr>
                  <w:r w:rsidRPr="00F86FE4">
                    <w:rPr>
                      <w:rFonts w:ascii="Arial" w:hAnsi="Arial" w:cs="Arial"/>
                      <w:sz w:val="17"/>
                      <w:lang w:val="de-DE"/>
                    </w:rPr>
                    <w:t xml:space="preserve"> </w:t>
                  </w:r>
                </w:p>
              </w:tc>
            </w:tr>
          </w:tbl>
          <w:p w14:paraId="0E53346E" w14:textId="77777777" w:rsidR="00C6373E" w:rsidRPr="00F86FE4" w:rsidRDefault="00C6373E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41558DC6" w14:textId="77777777" w:rsidR="00C6373E" w:rsidRPr="00F86FE4" w:rsidRDefault="00C6373E">
      <w:pPr>
        <w:spacing w:after="20"/>
        <w:rPr>
          <w:rFonts w:ascii="Arial" w:hAnsi="Arial" w:cs="Arial"/>
          <w:lang w:val="de-DE"/>
        </w:rPr>
      </w:pPr>
    </w:p>
    <w:p w14:paraId="725E1CBF" w14:textId="77777777" w:rsidR="00C6373E" w:rsidRDefault="00C6373E">
      <w:pPr>
        <w:spacing w:after="0"/>
        <w:rPr>
          <w:rFonts w:ascii="Arial" w:hAnsi="Arial" w:cs="Arial"/>
          <w:lang w:val="de-DE"/>
        </w:rPr>
      </w:pPr>
    </w:p>
    <w:p w14:paraId="0A5B09F9" w14:textId="36E224FC" w:rsidR="00D30C95" w:rsidRPr="00D30C95" w:rsidRDefault="00D30C95" w:rsidP="00D30C95">
      <w:pPr>
        <w:tabs>
          <w:tab w:val="left" w:pos="1463"/>
        </w:tabs>
        <w:rPr>
          <w:rFonts w:ascii="Arial" w:hAnsi="Arial" w:cs="Arial"/>
          <w:lang w:val="de-DE"/>
        </w:rPr>
      </w:pPr>
    </w:p>
    <w:tbl>
      <w:tblPr>
        <w:tblW w:w="0" w:type="auto"/>
        <w:jc w:val="center"/>
        <w:tblBorders>
          <w:top w:val="single" w:sz="12" w:space="0" w:color="005071"/>
          <w:left w:val="single" w:sz="12" w:space="0" w:color="005071"/>
          <w:bottom w:val="single" w:sz="12" w:space="0" w:color="005071"/>
          <w:right w:val="single" w:sz="12" w:space="0" w:color="005071"/>
        </w:tblBorders>
        <w:shd w:val="clear" w:color="auto" w:fill="DFF2FD"/>
        <w:tblLook w:val="04A0" w:firstRow="1" w:lastRow="0" w:firstColumn="1" w:lastColumn="0" w:noHBand="0" w:noVBand="1"/>
      </w:tblPr>
      <w:tblGrid>
        <w:gridCol w:w="10510"/>
      </w:tblGrid>
      <w:tr w:rsidR="00C6373E" w:rsidRPr="00F86FE4" w14:paraId="189B2A38" w14:textId="77777777" w:rsidTr="00305519">
        <w:trPr>
          <w:jc w:val="center"/>
        </w:trPr>
        <w:tc>
          <w:tcPr>
            <w:tcW w:w="10540" w:type="dxa"/>
            <w:shd w:val="clear" w:color="auto" w:fill="DFF2FD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1F81BF3A" w14:textId="77777777" w:rsidR="00C6373E" w:rsidRPr="00F86FE4" w:rsidRDefault="00C144FA">
            <w:pPr>
              <w:rPr>
                <w:rFonts w:ascii="Arial" w:hAnsi="Arial" w:cs="Arial"/>
                <w:color w:val="005071"/>
                <w:lang w:val="de-DE"/>
              </w:rPr>
            </w:pPr>
            <w:r w:rsidRPr="00F86FE4">
              <w:rPr>
                <w:rFonts w:ascii="Arial" w:hAnsi="Arial" w:cs="Arial"/>
                <w:b/>
                <w:color w:val="005071"/>
                <w:sz w:val="24"/>
                <w:lang w:val="de-DE"/>
              </w:rPr>
              <w:lastRenderedPageBreak/>
              <w:t>4. Hürdenlauf – Wörter auseinandernehmen</w:t>
            </w:r>
          </w:p>
          <w:p w14:paraId="4F91E704" w14:textId="6E568C21" w:rsidR="00C6373E" w:rsidRPr="00F86FE4" w:rsidRDefault="00C144FA">
            <w:pPr>
              <w:rPr>
                <w:rFonts w:ascii="Arial" w:hAnsi="Arial" w:cs="Arial"/>
                <w:lang w:val="de-DE"/>
              </w:rPr>
            </w:pPr>
            <w:r w:rsidRPr="00F86FE4">
              <w:rPr>
                <w:rFonts w:ascii="Arial" w:hAnsi="Arial" w:cs="Arial"/>
                <w:sz w:val="17"/>
                <w:lang w:val="de-DE"/>
              </w:rPr>
              <w:t>Schneidet die Wörter an den richtigen Stellen auseinander und sichert die bearbeiteten Wörter.</w:t>
            </w:r>
            <w:r w:rsidR="00C32CCA" w:rsidRPr="00F86FE4">
              <w:rPr>
                <w:rFonts w:ascii="Arial" w:hAnsi="Arial" w:cs="Arial"/>
                <w:sz w:val="17"/>
                <w:lang w:val="de-DE"/>
              </w:rPr>
              <w:t xml:space="preserve"> Notiert hier die Wörter und kennzeichnet die Trennstellen.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70"/>
            </w:tblGrid>
            <w:tr w:rsidR="00C6373E" w:rsidRPr="00F86FE4" w14:paraId="78964FDF" w14:textId="77777777">
              <w:trPr>
                <w:trHeight w:val="238"/>
              </w:trPr>
              <w:tc>
                <w:tcPr>
                  <w:tcW w:w="10540" w:type="dxa"/>
                  <w:tcBorders>
                    <w:bottom w:val="single" w:sz="5" w:space="0" w:color="C9D5DA"/>
                  </w:tcBorders>
                  <w:shd w:val="clear" w:color="auto" w:fill="FFFFFF"/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</w:tcPr>
                <w:p w14:paraId="2B586137" w14:textId="77777777" w:rsidR="00C6373E" w:rsidRPr="00F86FE4" w:rsidRDefault="00C6373E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C6373E" w:rsidRPr="00F86FE4" w14:paraId="7502E2F8" w14:textId="77777777">
              <w:trPr>
                <w:trHeight w:val="238"/>
              </w:trPr>
              <w:tc>
                <w:tcPr>
                  <w:tcW w:w="10540" w:type="dxa"/>
                  <w:tcBorders>
                    <w:bottom w:val="single" w:sz="5" w:space="0" w:color="C9D5DA"/>
                  </w:tcBorders>
                  <w:shd w:val="clear" w:color="auto" w:fill="FFFFFF"/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</w:tcPr>
                <w:p w14:paraId="3983167F" w14:textId="77777777" w:rsidR="00C6373E" w:rsidRPr="00F86FE4" w:rsidRDefault="00C6373E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C6373E" w:rsidRPr="00F86FE4" w14:paraId="0CF885F1" w14:textId="77777777">
              <w:trPr>
                <w:trHeight w:val="238"/>
              </w:trPr>
              <w:tc>
                <w:tcPr>
                  <w:tcW w:w="10540" w:type="dxa"/>
                  <w:tcBorders>
                    <w:bottom w:val="single" w:sz="5" w:space="0" w:color="C9D5DA"/>
                  </w:tcBorders>
                  <w:shd w:val="clear" w:color="auto" w:fill="FFFFFF"/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</w:tcPr>
                <w:p w14:paraId="0ACA4653" w14:textId="77777777" w:rsidR="00C6373E" w:rsidRPr="00F86FE4" w:rsidRDefault="00C6373E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C6373E" w:rsidRPr="00F86FE4" w14:paraId="21B93A58" w14:textId="77777777">
              <w:trPr>
                <w:trHeight w:val="238"/>
              </w:trPr>
              <w:tc>
                <w:tcPr>
                  <w:tcW w:w="10540" w:type="dxa"/>
                  <w:tcBorders>
                    <w:bottom w:val="single" w:sz="5" w:space="0" w:color="C9D5DA"/>
                  </w:tcBorders>
                  <w:shd w:val="clear" w:color="auto" w:fill="FFFFFF"/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</w:tcPr>
                <w:p w14:paraId="35373356" w14:textId="77777777" w:rsidR="00C6373E" w:rsidRPr="00F86FE4" w:rsidRDefault="00C6373E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C6373E" w:rsidRPr="00F86FE4" w14:paraId="4C77BC93" w14:textId="77777777">
              <w:trPr>
                <w:trHeight w:val="238"/>
              </w:trPr>
              <w:tc>
                <w:tcPr>
                  <w:tcW w:w="10540" w:type="dxa"/>
                  <w:tcBorders>
                    <w:bottom w:val="single" w:sz="5" w:space="0" w:color="C9D5DA"/>
                  </w:tcBorders>
                  <w:shd w:val="clear" w:color="auto" w:fill="FFFFFF"/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</w:tcPr>
                <w:p w14:paraId="59FFFC1D" w14:textId="77777777" w:rsidR="00C6373E" w:rsidRPr="00F86FE4" w:rsidRDefault="00C6373E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C6373E" w:rsidRPr="00F86FE4" w14:paraId="5A6BF8DF" w14:textId="77777777">
              <w:trPr>
                <w:trHeight w:val="238"/>
              </w:trPr>
              <w:tc>
                <w:tcPr>
                  <w:tcW w:w="10540" w:type="dxa"/>
                  <w:tcBorders>
                    <w:bottom w:val="single" w:sz="5" w:space="0" w:color="C9D5DA"/>
                  </w:tcBorders>
                  <w:shd w:val="clear" w:color="auto" w:fill="FFFFFF"/>
                  <w:tcMar>
                    <w:top w:w="25" w:type="dxa"/>
                    <w:left w:w="70" w:type="dxa"/>
                    <w:bottom w:w="25" w:type="dxa"/>
                    <w:right w:w="70" w:type="dxa"/>
                  </w:tcMar>
                </w:tcPr>
                <w:p w14:paraId="288A3DA7" w14:textId="77777777" w:rsidR="00C6373E" w:rsidRPr="00F86FE4" w:rsidRDefault="00C6373E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</w:tbl>
          <w:p w14:paraId="7B376E9B" w14:textId="77777777" w:rsidR="00C6373E" w:rsidRPr="00F86FE4" w:rsidRDefault="00C6373E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13AF6E34" w14:textId="77777777" w:rsidR="00C6373E" w:rsidRPr="00F86FE4" w:rsidRDefault="00C6373E">
      <w:pPr>
        <w:spacing w:after="20"/>
        <w:rPr>
          <w:rFonts w:ascii="Arial" w:hAnsi="Arial" w:cs="Arial"/>
          <w:lang w:val="de-DE"/>
        </w:rPr>
      </w:pPr>
    </w:p>
    <w:tbl>
      <w:tblPr>
        <w:tblW w:w="10539" w:type="dxa"/>
        <w:tblBorders>
          <w:top w:val="single" w:sz="12" w:space="0" w:color="005071"/>
          <w:left w:val="single" w:sz="12" w:space="0" w:color="005071"/>
          <w:bottom w:val="single" w:sz="12" w:space="0" w:color="005071"/>
          <w:right w:val="single" w:sz="12" w:space="0" w:color="005071"/>
        </w:tblBorders>
        <w:shd w:val="clear" w:color="auto" w:fill="DFF2FD"/>
        <w:tblLook w:val="04A0" w:firstRow="1" w:lastRow="0" w:firstColumn="1" w:lastColumn="0" w:noHBand="0" w:noVBand="1"/>
      </w:tblPr>
      <w:tblGrid>
        <w:gridCol w:w="10539"/>
      </w:tblGrid>
      <w:tr w:rsidR="00C6373E" w:rsidRPr="00F86FE4" w14:paraId="30015C31" w14:textId="77777777" w:rsidTr="00305519">
        <w:tc>
          <w:tcPr>
            <w:tcW w:w="10539" w:type="dxa"/>
            <w:shd w:val="clear" w:color="auto" w:fill="DFF2FD"/>
            <w:tcMar>
              <w:top w:w="85" w:type="dxa"/>
              <w:left w:w="120" w:type="dxa"/>
              <w:bottom w:w="85" w:type="dxa"/>
              <w:right w:w="120" w:type="dxa"/>
            </w:tcMar>
          </w:tcPr>
          <w:p w14:paraId="4C237BC9" w14:textId="77777777" w:rsidR="00C6373E" w:rsidRPr="00F86FE4" w:rsidRDefault="00C144FA">
            <w:pPr>
              <w:rPr>
                <w:rFonts w:ascii="Arial" w:hAnsi="Arial" w:cs="Arial"/>
                <w:color w:val="005071"/>
                <w:lang w:val="de-DE"/>
              </w:rPr>
            </w:pPr>
            <w:r w:rsidRPr="00F86FE4">
              <w:rPr>
                <w:rFonts w:ascii="Arial" w:hAnsi="Arial" w:cs="Arial"/>
                <w:b/>
                <w:color w:val="005071"/>
                <w:sz w:val="24"/>
                <w:lang w:val="de-DE"/>
              </w:rPr>
              <w:t>5. Stepper – Wortarten im Rhythmus</w:t>
            </w:r>
          </w:p>
          <w:p w14:paraId="08509F05" w14:textId="70ACC18B" w:rsidR="00C6373E" w:rsidRPr="00F86FE4" w:rsidRDefault="00C144FA">
            <w:pPr>
              <w:rPr>
                <w:rFonts w:ascii="Arial" w:hAnsi="Arial" w:cs="Arial"/>
                <w:lang w:val="de-DE"/>
              </w:rPr>
            </w:pPr>
            <w:r w:rsidRPr="00F86FE4">
              <w:rPr>
                <w:rFonts w:ascii="Arial" w:hAnsi="Arial" w:cs="Arial"/>
                <w:sz w:val="17"/>
                <w:lang w:val="de-DE"/>
              </w:rPr>
              <w:t>Finde</w:t>
            </w:r>
            <w:r w:rsidR="00C32CCA" w:rsidRPr="00F86FE4">
              <w:rPr>
                <w:rFonts w:ascii="Arial" w:hAnsi="Arial" w:cs="Arial"/>
                <w:sz w:val="17"/>
                <w:lang w:val="de-DE"/>
              </w:rPr>
              <w:t>t</w:t>
            </w:r>
            <w:r w:rsidRPr="00F86FE4">
              <w:rPr>
                <w:rFonts w:ascii="Arial" w:hAnsi="Arial" w:cs="Arial"/>
                <w:sz w:val="17"/>
                <w:lang w:val="de-DE"/>
              </w:rPr>
              <w:t xml:space="preserve"> vier passende Verben oder Adjektive und bilde</w:t>
            </w:r>
            <w:r w:rsidR="00C32CCA" w:rsidRPr="00F86FE4">
              <w:rPr>
                <w:rFonts w:ascii="Arial" w:hAnsi="Arial" w:cs="Arial"/>
                <w:sz w:val="17"/>
                <w:lang w:val="de-DE"/>
              </w:rPr>
              <w:t>t</w:t>
            </w:r>
            <w:r w:rsidR="006B6538" w:rsidRPr="00F86FE4">
              <w:rPr>
                <w:rFonts w:ascii="Arial" w:hAnsi="Arial" w:cs="Arial"/>
                <w:sz w:val="17"/>
                <w:lang w:val="de-DE"/>
              </w:rPr>
              <w:t xml:space="preserve"> daraus</w:t>
            </w:r>
            <w:r w:rsidRPr="00F86FE4">
              <w:rPr>
                <w:rFonts w:ascii="Arial" w:hAnsi="Arial" w:cs="Arial"/>
                <w:sz w:val="17"/>
                <w:lang w:val="de-DE"/>
              </w:rPr>
              <w:t xml:space="preserve"> jeweils ein Nomen. Präsentiert die vier Wortpaare im gemeinsamen Rhythmus.</w:t>
            </w:r>
          </w:p>
          <w:p w14:paraId="17F143DB" w14:textId="77777777" w:rsidR="00C6373E" w:rsidRPr="00305519" w:rsidRDefault="00C144FA">
            <w:pPr>
              <w:rPr>
                <w:rFonts w:ascii="Arial" w:hAnsi="Arial" w:cs="Arial"/>
                <w:color w:val="005071"/>
                <w:lang w:val="de-DE"/>
              </w:rPr>
            </w:pPr>
            <w:r w:rsidRPr="00305519">
              <w:rPr>
                <w:rFonts w:ascii="Arial" w:hAnsi="Arial" w:cs="Arial"/>
                <w:b/>
                <w:color w:val="005071"/>
                <w:sz w:val="16"/>
                <w:lang w:val="de-DE"/>
              </w:rPr>
              <w:t>Meine vier Wortpaare: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3"/>
              <w:gridCol w:w="4599"/>
              <w:gridCol w:w="5337"/>
            </w:tblGrid>
            <w:tr w:rsidR="00C6373E" w:rsidRPr="00F86FE4" w14:paraId="5FB214B7" w14:textId="77777777" w:rsidTr="00F86FE4">
              <w:tc>
                <w:tcPr>
                  <w:tcW w:w="363" w:type="dxa"/>
                  <w:shd w:val="clear" w:color="auto" w:fill="005071"/>
                  <w:tcMar>
                    <w:top w:w="60" w:type="dxa"/>
                    <w:left w:w="70" w:type="dxa"/>
                    <w:bottom w:w="60" w:type="dxa"/>
                    <w:right w:w="70" w:type="dxa"/>
                  </w:tcMar>
                </w:tcPr>
                <w:p w14:paraId="1DC4F583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color w:val="FFFFFF"/>
                      <w:sz w:val="16"/>
                    </w:rPr>
                    <w:t>Nr.</w:t>
                  </w:r>
                </w:p>
              </w:tc>
              <w:tc>
                <w:tcPr>
                  <w:tcW w:w="4599" w:type="dxa"/>
                  <w:shd w:val="clear" w:color="auto" w:fill="005071"/>
                  <w:tcMar>
                    <w:top w:w="60" w:type="dxa"/>
                    <w:left w:w="70" w:type="dxa"/>
                    <w:bottom w:w="60" w:type="dxa"/>
                    <w:right w:w="70" w:type="dxa"/>
                  </w:tcMar>
                </w:tcPr>
                <w:p w14:paraId="280B6AF9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color w:val="FFFFFF"/>
                      <w:sz w:val="16"/>
                    </w:rPr>
                    <w:t>Ausgangswort</w:t>
                  </w:r>
                </w:p>
              </w:tc>
              <w:tc>
                <w:tcPr>
                  <w:tcW w:w="5338" w:type="dxa"/>
                  <w:shd w:val="clear" w:color="auto" w:fill="005071"/>
                  <w:tcMar>
                    <w:top w:w="60" w:type="dxa"/>
                    <w:left w:w="70" w:type="dxa"/>
                    <w:bottom w:w="60" w:type="dxa"/>
                    <w:right w:w="70" w:type="dxa"/>
                  </w:tcMar>
                </w:tcPr>
                <w:p w14:paraId="591397C4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color w:val="FFFFFF"/>
                      <w:sz w:val="16"/>
                    </w:rPr>
                    <w:t>Gebildetes Nomen</w:t>
                  </w:r>
                </w:p>
              </w:tc>
            </w:tr>
            <w:tr w:rsidR="00C6373E" w:rsidRPr="00F86FE4" w14:paraId="314EAB13" w14:textId="77777777" w:rsidTr="006B6538">
              <w:tc>
                <w:tcPr>
                  <w:tcW w:w="363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4DD19A81" w14:textId="77777777" w:rsidR="00C6373E" w:rsidRPr="0040540B" w:rsidRDefault="00C144FA">
                  <w:pPr>
                    <w:rPr>
                      <w:rFonts w:ascii="Arial" w:hAnsi="Arial" w:cs="Arial"/>
                      <w:color w:val="005071"/>
                    </w:rPr>
                  </w:pPr>
                  <w:r w:rsidRPr="0040540B">
                    <w:rPr>
                      <w:rFonts w:ascii="Arial" w:hAnsi="Arial" w:cs="Arial"/>
                      <w:b/>
                      <w:color w:val="005071"/>
                      <w:sz w:val="16"/>
                    </w:rPr>
                    <w:t>1</w:t>
                  </w:r>
                </w:p>
              </w:tc>
              <w:tc>
                <w:tcPr>
                  <w:tcW w:w="4599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7D212186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sz w:val="16"/>
                    </w:rPr>
                    <w:t xml:space="preserve"> </w:t>
                  </w:r>
                </w:p>
              </w:tc>
              <w:tc>
                <w:tcPr>
                  <w:tcW w:w="5338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7B1009A3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sz w:val="16"/>
                    </w:rPr>
                    <w:t xml:space="preserve"> </w:t>
                  </w:r>
                </w:p>
              </w:tc>
            </w:tr>
            <w:tr w:rsidR="00C6373E" w:rsidRPr="00F86FE4" w14:paraId="0FF6E319" w14:textId="77777777" w:rsidTr="006B6538">
              <w:tc>
                <w:tcPr>
                  <w:tcW w:w="363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3205D14B" w14:textId="77777777" w:rsidR="00C6373E" w:rsidRPr="0040540B" w:rsidRDefault="00C144FA">
                  <w:pPr>
                    <w:rPr>
                      <w:rFonts w:ascii="Arial" w:hAnsi="Arial" w:cs="Arial"/>
                      <w:color w:val="005071"/>
                    </w:rPr>
                  </w:pPr>
                  <w:r w:rsidRPr="0040540B">
                    <w:rPr>
                      <w:rFonts w:ascii="Arial" w:hAnsi="Arial" w:cs="Arial"/>
                      <w:b/>
                      <w:color w:val="005071"/>
                      <w:sz w:val="16"/>
                    </w:rPr>
                    <w:t>2</w:t>
                  </w:r>
                </w:p>
              </w:tc>
              <w:tc>
                <w:tcPr>
                  <w:tcW w:w="4599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243AF879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sz w:val="16"/>
                    </w:rPr>
                    <w:t xml:space="preserve"> </w:t>
                  </w:r>
                </w:p>
              </w:tc>
              <w:tc>
                <w:tcPr>
                  <w:tcW w:w="5338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055B05B7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sz w:val="16"/>
                    </w:rPr>
                    <w:t xml:space="preserve"> </w:t>
                  </w:r>
                </w:p>
              </w:tc>
            </w:tr>
            <w:tr w:rsidR="00C6373E" w:rsidRPr="00F86FE4" w14:paraId="4AC5F674" w14:textId="77777777" w:rsidTr="006B6538">
              <w:tc>
                <w:tcPr>
                  <w:tcW w:w="363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0D72F09B" w14:textId="77777777" w:rsidR="00C6373E" w:rsidRPr="0040540B" w:rsidRDefault="00C144FA">
                  <w:pPr>
                    <w:rPr>
                      <w:rFonts w:ascii="Arial" w:hAnsi="Arial" w:cs="Arial"/>
                      <w:color w:val="005071"/>
                    </w:rPr>
                  </w:pPr>
                  <w:r w:rsidRPr="0040540B">
                    <w:rPr>
                      <w:rFonts w:ascii="Arial" w:hAnsi="Arial" w:cs="Arial"/>
                      <w:b/>
                      <w:color w:val="005071"/>
                      <w:sz w:val="16"/>
                    </w:rPr>
                    <w:t>3</w:t>
                  </w:r>
                </w:p>
              </w:tc>
              <w:tc>
                <w:tcPr>
                  <w:tcW w:w="4599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0D851878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sz w:val="16"/>
                    </w:rPr>
                    <w:t xml:space="preserve"> </w:t>
                  </w:r>
                </w:p>
              </w:tc>
              <w:tc>
                <w:tcPr>
                  <w:tcW w:w="5338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460862E0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sz w:val="16"/>
                    </w:rPr>
                    <w:t xml:space="preserve"> </w:t>
                  </w:r>
                </w:p>
              </w:tc>
            </w:tr>
            <w:tr w:rsidR="00C6373E" w:rsidRPr="00F86FE4" w14:paraId="28B1F5E9" w14:textId="77777777" w:rsidTr="006B6538">
              <w:tc>
                <w:tcPr>
                  <w:tcW w:w="363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278C9A22" w14:textId="77777777" w:rsidR="00C6373E" w:rsidRPr="0040540B" w:rsidRDefault="00C144FA">
                  <w:pPr>
                    <w:rPr>
                      <w:rFonts w:ascii="Arial" w:hAnsi="Arial" w:cs="Arial"/>
                      <w:color w:val="005071"/>
                    </w:rPr>
                  </w:pPr>
                  <w:r w:rsidRPr="0040540B">
                    <w:rPr>
                      <w:rFonts w:ascii="Arial" w:hAnsi="Arial" w:cs="Arial"/>
                      <w:b/>
                      <w:color w:val="005071"/>
                      <w:sz w:val="16"/>
                    </w:rPr>
                    <w:t>4</w:t>
                  </w:r>
                </w:p>
              </w:tc>
              <w:tc>
                <w:tcPr>
                  <w:tcW w:w="4599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5801C398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sz w:val="16"/>
                    </w:rPr>
                    <w:t xml:space="preserve"> </w:t>
                  </w:r>
                </w:p>
              </w:tc>
              <w:tc>
                <w:tcPr>
                  <w:tcW w:w="5338" w:type="dxa"/>
                  <w:tcBorders>
                    <w:top w:val="single" w:sz="4" w:space="0" w:color="D6E0E5"/>
                    <w:left w:val="single" w:sz="4" w:space="0" w:color="D6E0E5"/>
                    <w:bottom w:val="single" w:sz="4" w:space="0" w:color="D6E0E5"/>
                    <w:right w:val="single" w:sz="4" w:space="0" w:color="D6E0E5"/>
                  </w:tcBorders>
                  <w:shd w:val="clear" w:color="auto" w:fill="FFFFFF"/>
                  <w:tcMar>
                    <w:top w:w="45" w:type="dxa"/>
                    <w:left w:w="70" w:type="dxa"/>
                    <w:bottom w:w="45" w:type="dxa"/>
                    <w:right w:w="70" w:type="dxa"/>
                  </w:tcMar>
                </w:tcPr>
                <w:p w14:paraId="56B995BA" w14:textId="77777777" w:rsidR="00C6373E" w:rsidRPr="00F86FE4" w:rsidRDefault="00C144FA">
                  <w:pPr>
                    <w:rPr>
                      <w:rFonts w:ascii="Arial" w:hAnsi="Arial" w:cs="Arial"/>
                    </w:rPr>
                  </w:pPr>
                  <w:r w:rsidRPr="00F86FE4">
                    <w:rPr>
                      <w:rFonts w:ascii="Arial" w:hAnsi="Arial" w:cs="Arial"/>
                      <w:b/>
                      <w:sz w:val="16"/>
                    </w:rPr>
                    <w:t xml:space="preserve"> </w:t>
                  </w:r>
                </w:p>
              </w:tc>
            </w:tr>
          </w:tbl>
          <w:p w14:paraId="4E33B05A" w14:textId="77777777" w:rsidR="00C6373E" w:rsidRPr="00F86FE4" w:rsidRDefault="00C6373E">
            <w:pPr>
              <w:rPr>
                <w:rFonts w:ascii="Arial" w:hAnsi="Arial" w:cs="Arial"/>
              </w:rPr>
            </w:pPr>
          </w:p>
        </w:tc>
      </w:tr>
    </w:tbl>
    <w:p w14:paraId="449BECF7" w14:textId="77777777" w:rsidR="00C32CCA" w:rsidRPr="00F86FE4" w:rsidRDefault="00C32CCA" w:rsidP="00C32CCA">
      <w:pPr>
        <w:rPr>
          <w:rFonts w:ascii="Arial" w:hAnsi="Arial" w:cs="Arial"/>
        </w:rPr>
      </w:pPr>
    </w:p>
    <w:p w14:paraId="75318B21" w14:textId="77777777" w:rsidR="00C32CCA" w:rsidRPr="00F86FE4" w:rsidRDefault="00C32CCA" w:rsidP="00C32CCA">
      <w:pPr>
        <w:rPr>
          <w:rFonts w:ascii="Arial" w:hAnsi="Arial" w:cs="Arial"/>
        </w:rPr>
      </w:pPr>
    </w:p>
    <w:sectPr w:rsidR="00C32CCA" w:rsidRPr="00F86FE4" w:rsidSect="00034616">
      <w:headerReference w:type="default" r:id="rId8"/>
      <w:footerReference w:type="default" r:id="rId9"/>
      <w:pgSz w:w="12240" w:h="15840"/>
      <w:pgMar w:top="822" w:right="850" w:bottom="79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99E9F" w14:textId="77777777" w:rsidR="00C757EF" w:rsidRDefault="00C757EF">
      <w:pPr>
        <w:spacing w:after="0" w:line="240" w:lineRule="auto"/>
      </w:pPr>
      <w:r>
        <w:separator/>
      </w:r>
    </w:p>
  </w:endnote>
  <w:endnote w:type="continuationSeparator" w:id="0">
    <w:p w14:paraId="5004852C" w14:textId="77777777" w:rsidR="00C757EF" w:rsidRDefault="00C7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212838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9419677" w14:textId="723E7CF5" w:rsidR="008A5C55" w:rsidRPr="00D30C95" w:rsidRDefault="008A5C55">
        <w:pPr>
          <w:pStyle w:val="Fuzeile"/>
          <w:jc w:val="right"/>
          <w:rPr>
            <w:rFonts w:ascii="Arial" w:hAnsi="Arial" w:cs="Arial"/>
          </w:rPr>
        </w:pPr>
        <w:r w:rsidRPr="00D30C95">
          <w:rPr>
            <w:rFonts w:ascii="Arial" w:hAnsi="Arial" w:cs="Arial"/>
          </w:rPr>
          <w:fldChar w:fldCharType="begin"/>
        </w:r>
        <w:r w:rsidRPr="00D30C95">
          <w:rPr>
            <w:rFonts w:ascii="Arial" w:hAnsi="Arial" w:cs="Arial"/>
          </w:rPr>
          <w:instrText>PAGE   \* MERGEFORMAT</w:instrText>
        </w:r>
        <w:r w:rsidRPr="00D30C95">
          <w:rPr>
            <w:rFonts w:ascii="Arial" w:hAnsi="Arial" w:cs="Arial"/>
          </w:rPr>
          <w:fldChar w:fldCharType="separate"/>
        </w:r>
        <w:r w:rsidRPr="00D30C95">
          <w:rPr>
            <w:rFonts w:ascii="Arial" w:hAnsi="Arial" w:cs="Arial"/>
            <w:lang w:val="de-DE"/>
          </w:rPr>
          <w:t>2</w:t>
        </w:r>
        <w:r w:rsidRPr="00D30C95">
          <w:rPr>
            <w:rFonts w:ascii="Arial" w:hAnsi="Arial" w:cs="Arial"/>
          </w:rPr>
          <w:fldChar w:fldCharType="end"/>
        </w:r>
        <w:r w:rsidR="00F31337">
          <w:rPr>
            <w:rFonts w:ascii="Arial" w:hAnsi="Arial" w:cs="Arial"/>
          </w:rPr>
          <w:t>/</w:t>
        </w:r>
        <w:r w:rsidR="00F31337">
          <w:rPr>
            <w:rFonts w:ascii="Arial" w:hAnsi="Arial" w:cs="Arial"/>
          </w:rPr>
          <w:fldChar w:fldCharType="begin"/>
        </w:r>
        <w:r w:rsidR="00F31337">
          <w:rPr>
            <w:rFonts w:ascii="Arial" w:hAnsi="Arial" w:cs="Arial"/>
          </w:rPr>
          <w:instrText xml:space="preserve"> NUMPAGES   \* MERGEFORMAT </w:instrText>
        </w:r>
        <w:r w:rsidR="00F31337">
          <w:rPr>
            <w:rFonts w:ascii="Arial" w:hAnsi="Arial" w:cs="Arial"/>
          </w:rPr>
          <w:fldChar w:fldCharType="separate"/>
        </w:r>
        <w:r w:rsidR="00F31337">
          <w:rPr>
            <w:rFonts w:ascii="Arial" w:hAnsi="Arial" w:cs="Arial"/>
            <w:noProof/>
          </w:rPr>
          <w:t>2</w:t>
        </w:r>
        <w:r w:rsidR="00F31337">
          <w:rPr>
            <w:rFonts w:ascii="Arial" w:hAnsi="Arial" w:cs="Arial"/>
          </w:rPr>
          <w:fldChar w:fldCharType="end"/>
        </w:r>
      </w:p>
    </w:sdtContent>
  </w:sdt>
  <w:p w14:paraId="12F7536F" w14:textId="21EF5C03" w:rsidR="00C6373E" w:rsidRPr="00D30C95" w:rsidRDefault="00C0271B" w:rsidP="00D30C95">
    <w:pPr>
      <w:pStyle w:val="Fuzeile"/>
      <w:rPr>
        <w:rFonts w:ascii="Arial" w:hAnsi="Arial" w:cs="Arial"/>
        <w:sz w:val="15"/>
        <w:szCs w:val="15"/>
      </w:rPr>
    </w:pPr>
    <w:proofErr w:type="spellStart"/>
    <w:r w:rsidRPr="00D30C95">
      <w:rPr>
        <w:rFonts w:ascii="Arial" w:hAnsi="Arial" w:cs="Arial"/>
        <w:sz w:val="15"/>
        <w:szCs w:val="15"/>
      </w:rPr>
      <w:t>Autorin</w:t>
    </w:r>
    <w:proofErr w:type="spellEnd"/>
    <w:r w:rsidRPr="00D30C95">
      <w:rPr>
        <w:rFonts w:ascii="Arial" w:hAnsi="Arial" w:cs="Arial"/>
        <w:sz w:val="15"/>
        <w:szCs w:val="15"/>
      </w:rPr>
      <w:t>: Madeleine Bär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A24E0" w14:textId="77777777" w:rsidR="00C757EF" w:rsidRDefault="00C757EF">
      <w:pPr>
        <w:spacing w:after="0" w:line="240" w:lineRule="auto"/>
      </w:pPr>
      <w:r>
        <w:separator/>
      </w:r>
    </w:p>
  </w:footnote>
  <w:footnote w:type="continuationSeparator" w:id="0">
    <w:p w14:paraId="24F9A7BC" w14:textId="77777777" w:rsidR="00C757EF" w:rsidRDefault="00C75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C8CB9" w14:textId="4496284D" w:rsidR="00C6373E" w:rsidRPr="00D30C95" w:rsidRDefault="008953B6" w:rsidP="00C0271B">
    <w:pPr>
      <w:pStyle w:val="Kopfzeile"/>
      <w:rPr>
        <w:rFonts w:ascii="Arial" w:hAnsi="Arial" w:cs="Arial"/>
        <w:bCs/>
        <w:color w:val="000000" w:themeColor="text1"/>
        <w:sz w:val="15"/>
      </w:rPr>
    </w:pPr>
    <w:r>
      <w:rPr>
        <w:rFonts w:ascii="Arial" w:hAnsi="Arial" w:cs="Arial"/>
        <w:bCs/>
        <w:color w:val="000000" w:themeColor="text1"/>
        <w:sz w:val="15"/>
      </w:rPr>
      <w:t>d</w:t>
    </w:r>
    <w:r w:rsidR="00C0271B" w:rsidRPr="00D30C95">
      <w:rPr>
        <w:rFonts w:ascii="Arial" w:hAnsi="Arial" w:cs="Arial"/>
        <w:bCs/>
        <w:color w:val="000000" w:themeColor="text1"/>
        <w:sz w:val="15"/>
      </w:rPr>
      <w:t xml:space="preserve">eutsch-klett.de | </w:t>
    </w:r>
    <w:proofErr w:type="spellStart"/>
    <w:r w:rsidR="00C0271B" w:rsidRPr="00D30C95">
      <w:rPr>
        <w:rFonts w:ascii="Arial" w:hAnsi="Arial" w:cs="Arial"/>
        <w:bCs/>
        <w:color w:val="000000" w:themeColor="text1"/>
        <w:sz w:val="15"/>
      </w:rPr>
      <w:t>Downloadmaterial</w:t>
    </w:r>
    <w:proofErr w:type="spellEnd"/>
    <w:r w:rsidR="00C0271B" w:rsidRPr="00D30C95">
      <w:rPr>
        <w:rFonts w:ascii="Arial" w:hAnsi="Arial" w:cs="Arial"/>
        <w:bCs/>
        <w:color w:val="000000" w:themeColor="text1"/>
        <w:sz w:val="15"/>
      </w:rPr>
      <w:t xml:space="preserve"> </w:t>
    </w:r>
    <w:proofErr w:type="spellStart"/>
    <w:r w:rsidR="00C0271B" w:rsidRPr="00D30C95">
      <w:rPr>
        <w:rFonts w:ascii="Arial" w:hAnsi="Arial" w:cs="Arial"/>
        <w:bCs/>
        <w:color w:val="000000" w:themeColor="text1"/>
        <w:sz w:val="15"/>
      </w:rPr>
      <w:t>zum</w:t>
    </w:r>
    <w:proofErr w:type="spellEnd"/>
    <w:r w:rsidR="00C0271B" w:rsidRPr="00D30C95">
      <w:rPr>
        <w:rFonts w:ascii="Arial" w:hAnsi="Arial" w:cs="Arial"/>
        <w:bCs/>
        <w:color w:val="000000" w:themeColor="text1"/>
        <w:sz w:val="15"/>
      </w:rPr>
      <w:t xml:space="preserve"> </w:t>
    </w:r>
    <w:proofErr w:type="spellStart"/>
    <w:r w:rsidR="00C0271B" w:rsidRPr="00D30C95">
      <w:rPr>
        <w:rFonts w:ascii="Arial" w:hAnsi="Arial" w:cs="Arial"/>
        <w:bCs/>
        <w:color w:val="000000" w:themeColor="text1"/>
        <w:sz w:val="15"/>
      </w:rPr>
      <w:t>Blogbeitrag</w:t>
    </w:r>
    <w:proofErr w:type="spellEnd"/>
    <w:r w:rsidR="00C0271B" w:rsidRPr="00D30C95">
      <w:rPr>
        <w:rFonts w:ascii="Arial" w:hAnsi="Arial" w:cs="Arial"/>
        <w:bCs/>
        <w:color w:val="000000" w:themeColor="text1"/>
        <w:sz w:val="15"/>
      </w:rPr>
      <w:t xml:space="preserve"> „</w:t>
    </w:r>
    <w:proofErr w:type="spellStart"/>
    <w:r w:rsidR="00C0271B" w:rsidRPr="00D30C95">
      <w:rPr>
        <w:rFonts w:ascii="Arial" w:hAnsi="Arial" w:cs="Arial"/>
        <w:bCs/>
        <w:color w:val="000000" w:themeColor="text1"/>
        <w:sz w:val="15"/>
      </w:rPr>
      <w:t>Zirkeltraining</w:t>
    </w:r>
    <w:proofErr w:type="spellEnd"/>
    <w:r w:rsidR="00C0271B" w:rsidRPr="00D30C95">
      <w:rPr>
        <w:rFonts w:ascii="Arial" w:hAnsi="Arial" w:cs="Arial"/>
        <w:bCs/>
        <w:color w:val="000000" w:themeColor="text1"/>
        <w:sz w:val="15"/>
      </w:rPr>
      <w:t xml:space="preserve"> </w:t>
    </w:r>
    <w:proofErr w:type="spellStart"/>
    <w:r w:rsidR="00C0271B" w:rsidRPr="00D30C95">
      <w:rPr>
        <w:rFonts w:ascii="Arial" w:hAnsi="Arial" w:cs="Arial"/>
        <w:bCs/>
        <w:color w:val="000000" w:themeColor="text1"/>
        <w:sz w:val="15"/>
      </w:rPr>
      <w:t>im</w:t>
    </w:r>
    <w:proofErr w:type="spellEnd"/>
    <w:r w:rsidR="00C0271B" w:rsidRPr="00D30C95">
      <w:rPr>
        <w:rFonts w:ascii="Arial" w:hAnsi="Arial" w:cs="Arial"/>
        <w:bCs/>
        <w:color w:val="000000" w:themeColor="text1"/>
        <w:sz w:val="15"/>
      </w:rPr>
      <w:t xml:space="preserve"> </w:t>
    </w:r>
    <w:proofErr w:type="spellStart"/>
    <w:r w:rsidR="00C0271B" w:rsidRPr="00D30C95">
      <w:rPr>
        <w:rFonts w:ascii="Arial" w:hAnsi="Arial" w:cs="Arial"/>
        <w:bCs/>
        <w:color w:val="000000" w:themeColor="text1"/>
        <w:sz w:val="15"/>
      </w:rPr>
      <w:t>Deutschunterricht</w:t>
    </w:r>
    <w:proofErr w:type="spellEnd"/>
    <w:r w:rsidR="00C0271B" w:rsidRPr="00D30C95">
      <w:rPr>
        <w:rFonts w:ascii="Arial" w:hAnsi="Arial" w:cs="Arial"/>
        <w:bCs/>
        <w:color w:val="000000" w:themeColor="text1"/>
        <w:sz w:val="15"/>
      </w:rPr>
      <w:t xml:space="preserve">: Lernen in </w:t>
    </w:r>
    <w:proofErr w:type="spellStart"/>
    <w:proofErr w:type="gramStart"/>
    <w:r w:rsidR="00C0271B" w:rsidRPr="00D30C95">
      <w:rPr>
        <w:rFonts w:ascii="Arial" w:hAnsi="Arial" w:cs="Arial"/>
        <w:bCs/>
        <w:color w:val="000000" w:themeColor="text1"/>
        <w:sz w:val="15"/>
      </w:rPr>
      <w:t>Bewegung</w:t>
    </w:r>
    <w:proofErr w:type="spellEnd"/>
    <w:r w:rsidR="00C0271B" w:rsidRPr="00D30C95">
      <w:rPr>
        <w:rFonts w:ascii="Arial" w:hAnsi="Arial" w:cs="Arial"/>
        <w:bCs/>
        <w:color w:val="000000" w:themeColor="text1"/>
        <w:sz w:val="15"/>
      </w:rPr>
      <w:t>“</w:t>
    </w:r>
    <w:proofErr w:type="gramEnd"/>
  </w:p>
  <w:p w14:paraId="406626F9" w14:textId="77777777" w:rsidR="00C0271B" w:rsidRPr="00D30C95" w:rsidRDefault="00C0271B" w:rsidP="00D30C95">
    <w:pPr>
      <w:pStyle w:val="Kopfzeile"/>
      <w:rPr>
        <w:rFonts w:ascii="Arial" w:hAnsi="Arial" w:cs="Arial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16633B8"/>
    <w:multiLevelType w:val="hybridMultilevel"/>
    <w:tmpl w:val="BD5853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5663">
    <w:abstractNumId w:val="8"/>
  </w:num>
  <w:num w:numId="2" w16cid:durableId="746615873">
    <w:abstractNumId w:val="6"/>
  </w:num>
  <w:num w:numId="3" w16cid:durableId="1402672750">
    <w:abstractNumId w:val="5"/>
  </w:num>
  <w:num w:numId="4" w16cid:durableId="744034865">
    <w:abstractNumId w:val="4"/>
  </w:num>
  <w:num w:numId="5" w16cid:durableId="1797522457">
    <w:abstractNumId w:val="7"/>
  </w:num>
  <w:num w:numId="6" w16cid:durableId="1532496659">
    <w:abstractNumId w:val="3"/>
  </w:num>
  <w:num w:numId="7" w16cid:durableId="1902130477">
    <w:abstractNumId w:val="2"/>
  </w:num>
  <w:num w:numId="8" w16cid:durableId="734820100">
    <w:abstractNumId w:val="1"/>
  </w:num>
  <w:num w:numId="9" w16cid:durableId="1455560876">
    <w:abstractNumId w:val="0"/>
  </w:num>
  <w:num w:numId="10" w16cid:durableId="110247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5519"/>
    <w:rsid w:val="00326F90"/>
    <w:rsid w:val="0040540B"/>
    <w:rsid w:val="00465BE0"/>
    <w:rsid w:val="00493E22"/>
    <w:rsid w:val="00577217"/>
    <w:rsid w:val="005B5F70"/>
    <w:rsid w:val="005F0C98"/>
    <w:rsid w:val="006B6538"/>
    <w:rsid w:val="008953B6"/>
    <w:rsid w:val="008A5C55"/>
    <w:rsid w:val="00960A0E"/>
    <w:rsid w:val="009B5C86"/>
    <w:rsid w:val="009E2490"/>
    <w:rsid w:val="00A10B01"/>
    <w:rsid w:val="00AA1D8D"/>
    <w:rsid w:val="00B47730"/>
    <w:rsid w:val="00BE2010"/>
    <w:rsid w:val="00C0271B"/>
    <w:rsid w:val="00C144FA"/>
    <w:rsid w:val="00C32CCA"/>
    <w:rsid w:val="00C6373E"/>
    <w:rsid w:val="00C757EF"/>
    <w:rsid w:val="00C93FAE"/>
    <w:rsid w:val="00CB0664"/>
    <w:rsid w:val="00D30C95"/>
    <w:rsid w:val="00ED37F0"/>
    <w:rsid w:val="00F31337"/>
    <w:rsid w:val="00F86F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90E01"/>
  <w14:defaultImageDpi w14:val="300"/>
  <w15:docId w15:val="{8BE4798E-9E85-3F4D-B77A-B17B5E91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60" w:line="245" w:lineRule="auto"/>
    </w:pPr>
    <w:rPr>
      <w:rFonts w:ascii="Aptos" w:hAnsi="Aptos"/>
      <w:color w:val="24313A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Ernst Klett Verlag, Stuttgart</Company>
  <LinksUpToDate>false</LinksUpToDate>
  <CharactersWithSpaces>1300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generated by python-docx</dc:description>
  <cp:lastModifiedBy/>
  <cp:revision>8</cp:revision>
  <dcterms:created xsi:type="dcterms:W3CDTF">2026-08-10T07:31:00Z</dcterms:created>
  <dcterms:modified xsi:type="dcterms:W3CDTF">2026-08-10T08:08:00Z</dcterms:modified>
  <cp:category/>
</cp:coreProperties>
</file>